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LETTERLIJK INTERVIEWVERSLAG</w:t>
      </w:r>
    </w:p>
    <w:p/>
    <w:p/>
    <w:p>
      <w:r>
        <w:rPr>
          <w:b/>
          <w:sz w:val="24"/>
        </w:rPr>
        <w:t>1. Algemeen</w:t>
      </w:r>
    </w:p>
    <w:p>
      <w:r>
        <w:rPr>
          <w:b w:val="0"/>
          <w:sz w:val="20"/>
        </w:rPr>
        <w:t>Interviewnummer : ______________________________________________</w:t>
      </w:r>
    </w:p>
    <w:p>
      <w:r>
        <w:rPr>
          <w:b w:val="0"/>
          <w:sz w:val="20"/>
        </w:rPr>
        <w:t>Interviewer : _________________________________________________</w:t>
      </w:r>
    </w:p>
    <w:p>
      <w:r>
        <w:rPr>
          <w:b w:val="0"/>
          <w:sz w:val="20"/>
        </w:rPr>
        <w:t>Locatie : _____________________________________________________</w:t>
      </w:r>
    </w:p>
    <w:p>
      <w:r>
        <w:rPr>
          <w:b w:val="0"/>
          <w:sz w:val="20"/>
        </w:rPr>
        <w:t>Tijdstip : ____________________________________________________</w:t>
      </w:r>
    </w:p>
    <w:p/>
    <w:p>
      <w:r>
        <w:rPr>
          <w:b/>
          <w:sz w:val="24"/>
        </w:rPr>
        <w:t>2. Gegevens van de geïnterviewde</w:t>
      </w:r>
    </w:p>
    <w:p>
      <w:r>
        <w:rPr>
          <w:b w:val="0"/>
          <w:sz w:val="20"/>
        </w:rPr>
        <w:t>Naam : ________________________________________________________</w:t>
      </w:r>
    </w:p>
    <w:p>
      <w:r>
        <w:rPr>
          <w:b w:val="0"/>
          <w:sz w:val="20"/>
        </w:rPr>
        <w:t>Leeftijd : _____________________________________________________</w:t>
      </w:r>
    </w:p>
    <w:p>
      <w:r>
        <w:rPr>
          <w:b w:val="0"/>
          <w:sz w:val="20"/>
        </w:rPr>
        <w:t>Functie/rol : _________________________________________________</w:t>
      </w:r>
    </w:p>
    <w:p>
      <w:r>
        <w:rPr>
          <w:b w:val="0"/>
          <w:sz w:val="20"/>
        </w:rPr>
        <w:t>Organisatie : _________________________________________________</w:t>
      </w:r>
    </w:p>
    <w:p/>
    <w:p>
      <w:r>
        <w:rPr>
          <w:b/>
          <w:sz w:val="24"/>
        </w:rPr>
        <w:t>3. Inleiding</w:t>
      </w:r>
    </w:p>
    <w:p>
      <w:r>
        <w:rPr>
          <w:b w:val="0"/>
          <w:sz w:val="20"/>
        </w:rPr>
        <w:t>Dit interviewverslag bevat een woordelijk verslag van het gesprek tussen de interviewer en de geïnterviewde. De inhoud is zo nauwkeurig mogelijk weergegeven zonder interpretaties of bewerkingen.</w:t>
      </w:r>
    </w:p>
    <w:p/>
    <w:p>
      <w:r>
        <w:rPr>
          <w:b/>
          <w:sz w:val="24"/>
        </w:rPr>
        <w:t>4. Interviewtranscriptie</w:t>
      </w:r>
    </w:p>
    <w:p>
      <w:r>
        <w:rPr>
          <w:b w:val="0"/>
          <w:sz w:val="20"/>
        </w:rPr>
        <w:t>Interviewer: ____________________________________________________</w:t>
      </w:r>
    </w:p>
    <w:p>
      <w:r>
        <w:rPr>
          <w:b w:val="0"/>
          <w:sz w:val="20"/>
        </w:rPr>
        <w:t>Geïnterviewde: _________________________________________________</w:t>
      </w:r>
    </w:p>
    <w:p/>
    <w:p>
      <w:r>
        <w:rPr>
          <w:b/>
        </w:rPr>
        <w:t xml:space="preserve">Interviewer: </w:t>
      </w:r>
      <w:r>
        <w:t>Kunt u vertellen over uw ervaringen met het project?</w:t>
        <w:br/>
      </w:r>
      <w:r>
        <w:rPr>
          <w:b/>
        </w:rPr>
        <w:t xml:space="preserve">Geïnterviewde: </w:t>
      </w:r>
      <w:r>
        <w:t>Zeker, het project is naar mijn mening succesvol verlopen. We hebben veel geleerd en goede resultaten behaald.</w:t>
        <w:br/>
      </w:r>
    </w:p>
    <w:p/>
    <w:p>
      <w:r>
        <w:rPr>
          <w:b w:val="0"/>
          <w:sz w:val="20"/>
        </w:rPr>
        <w:t>... (voeg hier het volledige interviewverslag toe) ...</w:t>
      </w:r>
    </w:p>
    <w:p/>
    <w:p/>
    <w:p>
      <w:r>
        <w:rPr>
          <w:b/>
          <w:sz w:val="24"/>
        </w:rPr>
        <w:t>5. Slotverklaring</w:t>
      </w:r>
    </w:p>
    <w:p>
      <w:r>
        <w:rPr>
          <w:b w:val="0"/>
          <w:sz w:val="20"/>
        </w:rPr>
        <w:t>Hiermee is het interview afgerond. De geïnterviewde heeft de inhoud gecontroleerd en akkoord bevonden.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Interviewer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Geïnterviewde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https://verslag-hulp.com/letterlijk-interviewverslag-voorbeeld/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https://verslag-hulp.com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verslag-hulp.com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lag-hulp.com/letterlijk-interviewverslag-voorbeeld/" TargetMode="External"/><Relationship Id="rId10" Type="http://schemas.openxmlformats.org/officeDocument/2006/relationships/hyperlink" Target="https://verslag-hul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